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prélèvements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Kérangall, Corinne/ </w:t>
            </w:r>
          </w:p>
        </w:tc>
      </w:tr>
      <w:tr>
        <w:trPr>
          <w:trHeight w:val="567"/>
        </w:trPr>
        <w:tc>
          <w:tcPr>
            <w:tcW w:type="dxa" w:w="3000"/>
          </w:tcPr>
          <w:p>
            <w:r>
              <w:t>Adresse bib.</w:t>
            </w:r>
          </w:p>
        </w:tc>
        <w:tc>
          <w:tcPr>
            <w:tcW w:type="dxa" w:w="7000"/>
          </w:tcPr>
          <w:p>
            <w:r>
              <w:t xml:space="preserve">Milan/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2225837678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prélèvement biologique/ biopsie/ </w:t>
            </w:r>
          </w:p>
        </w:tc>
      </w:tr>
    </w:tbl>
    <w:p>
      <w:pPr>
        <w:pStyle w:val="Heading3"/>
      </w:pPr>
      <w:r>
        <w:t>Résumé :</w:t>
      </w:r>
    </w:p>
    <w:p>
      <w:r>
        <w:t>Cet ouvrage rassemble les connaissances théoriques et pratiques destinées à réaliser les prélèvements biologiques au sein des unités de soins, des laboratoires, ou au domicile des patients. Destiné prioritairement aux infirmier(e) s et élèves infirmier(e) s, ce guide pratique s'adresse par ailleurs à tous les préleveurs et aux professionnels responsables de l'élaboration de protocoles dûment validés et certifiés. Après une première partie sur les généralités, une deuxième sur les spécificités des prélèvements (sang, urines, sécrétions, liquides d'épanchement, biopsies), une troisième partie illustre, avec 35 fiches techniques, une synthèse des bonnes pratiques des prélèvements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