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Claudine/ Zuckerkandl, Émile/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évolution biologie/ </w:t>
            </w:r>
          </w:p>
        </w:tc>
      </w:tr>
    </w:tbl>
    <w:p>
      <w:pPr>
        <w:pStyle w:val="Heading3"/>
      </w:pPr>
      <w:r>
        <w:t>Résumé :</w:t>
      </w:r>
    </w:p>
    <w:p>
      <w:r>
        <w:t>Évolution : génétique des populations et évolution moléculaire</w:t>
        <w:br/>
        <w:br/>
        <w:t>L’évolution correspond à la **modification des fréquences alléliques** au sein des populations au cours du temps. Elle repose sur des mécanismes génétiques et moléculaires qui expliquent la diversité du vivant.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