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L'Éclairage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Vandeplanque, Patrick/ Balladur,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électromagnetique/ lumière blanche/ </w:t>
            </w:r>
          </w:p>
        </w:tc>
      </w:tr>
    </w:tbl>
    <w:p>
      <w:pPr>
        <w:pStyle w:val="Heading3"/>
      </w:pPr>
      <w:r>
        <w:t>Résumé :</w:t>
      </w:r>
    </w:p>
    <w:p>
      <w:r>
        <w:t>L’Éclairage : notions de base, projets d’installations  présente les principes fondamentaux de l’éclairage (photométrie, sources lumineuses, luminaires et critères de confort visuel) et explique leur mise en œuvre pratique à travers la conception et le dimensionnement de projets d’installations d’éclairage intérieur et extérieur, en tenant compte des normes, de l’efficacité énergétique et des contraintes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