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Concours d'entrée kiné, sage-femme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Van de mortele, Salange/ Ghomi, Mahmoud/ Labbé, Eric/ Olynyc, Thierry/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2224025653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biologie/ kiné/ sage femme/ </w:t>
            </w:r>
          </w:p>
        </w:tc>
      </w:tr>
    </w:tbl>
    <w:p>
      <w:pPr>
        <w:pStyle w:val="Heading3"/>
      </w:pPr>
      <w:r>
        <w:t>Résumé :</w:t>
      </w:r>
    </w:p>
    <w:p>
      <w:r>
        <w:t>Cet ouvrage, basé sur le programme de Première et Terminale S en biologie, physique et chimie s'adresse aux candidats préparant le concours d'entrée de toutes les écoles suivantes : écoles de kinésithérapeutes, de sages-femmes, d'ergothérapeutes, de techniciens en analyse biomédicale, de manipulateurs d'électroradiologie médicale (et même de pédicure - podologue pour la biologie seule). Il comporte 3 parties, sous forme de QCM avec leurs réponses en : biologie (40 QCM), physique (40 QCM) et chimie (20 QCM). Les réponses commentées concernent toutes les propositions : vraies et fausses. A la fin de chaque chapitre, une rubrique " Points essentiels " permettra à l'étudiant d'effectuer une synthèse récapitulative. Bien utilisé, ce petit manuel permet à la fois de faire un bilan objectif de ses connaissances et de réviser intelligemment en vue de la réussite au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