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Goulet, Jean/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2040164995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Module d’élasticité/ Lois de Hooke/ </w:t>
            </w:r>
          </w:p>
        </w:tc>
      </w:tr>
    </w:tbl>
    <w:p>
      <w:pPr>
        <w:pStyle w:val="Heading3"/>
      </w:pPr>
      <w:r>
        <w:t>Résumé :</w:t>
      </w:r>
    </w:p>
    <w:p>
      <w:r>
        <w:t>Ce petit ouvrage fonctionne comme un outil de révision rapide des notions clés de résistance des matériaux. Il regroupe les formules essentielles, les définitions, les lois physiques, et les méthodes de calcul simplifiées pour les sollicitations classiques traction, compression, flexion, torsion. Il est particulièrement utile pour les étudiants en mécanique, génie civil ou génie mécanique qui veulent un support de référence clair et condensé pour les révisions, les contrôles ou les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