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Nahvi, Mahmood/ Edminister, Joseph A./ Granjon, Yves/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Schaum's(N°:None)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2100489119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Circuits électriques/ traitement du signal/ </w:t>
            </w:r>
          </w:p>
        </w:tc>
      </w:tr>
    </w:tbl>
    <w:p>
      <w:pPr>
        <w:pStyle w:val="Heading3"/>
      </w:pPr>
      <w:r>
        <w:t>Résumé :</w:t>
      </w:r>
    </w:p>
    <w:p>
      <w:r>
        <w:t>Cet ouvrage pédagogique apporte toutes les connaissances de base en électricité, sous une forme succincte, pratique, et très accessible. II donne une vision globale du sujet, tout en proposant une multitude d'exercices pour s'entraîner. Compatible avec tous les programmes d'enseignement supérieur, ce manuel permet d'étudier à son rythme et insiste sur tous les points essentiels, en visant la plus grande efficacité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