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Raymond S./ Laliberté-Robert, Louise/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Maloine/ SOMABEC/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2224000715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milieux de culture/ analyse microbiologique/ </w:t>
            </w:r>
          </w:p>
        </w:tc>
      </w:tr>
    </w:tbl>
    <w:p>
      <w:pPr>
        <w:pStyle w:val="Heading3"/>
      </w:pPr>
      <w:r>
        <w:t>Résumé :</w:t>
      </w:r>
    </w:p>
    <w:p>
      <w:r>
        <w:t>Cet ouvrage est une ressource précieuse pour ceux qui souhaitent acquérir des compétences pratiques en microbiologie, en offrant une combinaison de théorie et d’applications pratiques adaptées aux besoins des étudiants et des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