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 respiratoire et glandes endocrines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vascularisation/ glande thyroïde/ mécanique respiratoire/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Le poumon- la plèvre- La glande thyroïde- les glandes parathyroïdes- les glandes surrénales- le pancréas endocrine-hypophyse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