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L'électronique ? pas de panique ! partie 3, expérimentations en électronique logique et numérique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Schommers, Adrian/ </w:t>
            </w:r>
          </w:p>
        </w:tc>
      </w:tr>
      <w:tr>
        <w:trPr>
          <w:trHeight w:val="567"/>
        </w:trPr>
        <w:tc>
          <w:tcPr>
            <w:tcW w:type="dxa" w:w="3000"/>
          </w:tcPr>
          <w:p>
            <w:r>
              <w:t>Adresse bib.</w:t>
            </w:r>
          </w:p>
        </w:tc>
        <w:tc>
          <w:tcPr>
            <w:tcW w:type="dxa" w:w="7000"/>
          </w:tcPr>
          <w:p>
            <w:r>
              <w:t xml:space="preserve">Elektor/ </w:t>
            </w:r>
          </w:p>
        </w:tc>
      </w:tr>
      <w:tr>
        <w:trPr>
          <w:trHeight w:val="567"/>
        </w:trPr>
        <w:tc>
          <w:tcPr>
            <w:tcW w:type="dxa" w:w="3000"/>
          </w:tcPr>
          <w:p>
            <w:r>
              <w:t>Nombre de Pages</w:t>
            </w:r>
          </w:p>
        </w:tc>
        <w:tc>
          <w:tcPr>
            <w:tcW w:type="dxa" w:w="7000"/>
          </w:tcPr>
          <w:p>
            <w:r>
              <w:t>213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Numéro d'Identification</w:t>
            </w:r>
          </w:p>
        </w:tc>
        <w:tc>
          <w:tcPr>
            <w:tcW w:type="dxa" w:w="7000"/>
          </w:tcPr>
          <w:p>
            <w:r>
              <w:t>2866610431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décodeur binaire simple/ algère booléenne/ </w:t>
            </w:r>
          </w:p>
        </w:tc>
      </w:tr>
    </w:tbl>
    <w:p>
      <w:pPr>
        <w:pStyle w:val="Heading3"/>
      </w:pPr>
      <w:r>
        <w:t>Résumé :</w:t>
      </w:r>
    </w:p>
    <w:p>
      <w:r>
        <w:t>La partie 3 de L’électronique ? Pas de panique ! est consacrée aux expérimentations pratiques en électronique logique et numérique, permettant de comprendre concrètement le fonctionnement des portes logiques, des bascules, des compteurs et des circuits combinatoires et séquentiels. Elle met l’accent sur la mise en œuvre expérimentale, la lecture des chronogrammes et l’analyse des comportements logiques afin de relier la théorie aux applications réelles des systèmes numériques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