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Soil mechanics and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Jain, Ashok Kumar/ Jain, Arun kumar/ </w:t>
            </w:r>
          </w:p>
        </w:tc>
      </w:tr>
      <w:tr>
        <w:trPr>
          <w:trHeight w:val="567"/>
        </w:trPr>
        <w:tc>
          <w:tcPr>
            <w:tcW w:type="dxa" w:w="3000"/>
          </w:tcPr>
          <w:p>
            <w:r>
              <w:t>Edition</w:t>
            </w:r>
          </w:p>
        </w:tc>
        <w:tc>
          <w:tcPr>
            <w:tcW w:type="dxa" w:w="7000"/>
          </w:tcPr>
          <w:p>
            <w:r>
              <w:t>16th ed.</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916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911-916</w:t>
            </w:r>
          </w:p>
        </w:tc>
      </w:tr>
      <w:tr>
        <w:trPr>
          <w:trHeight w:val="567"/>
        </w:trPr>
        <w:tc>
          <w:tcPr>
            <w:tcW w:type="dxa" w:w="3000"/>
          </w:tcPr>
          <w:p>
            <w:r>
              <w:t>Numéro d'Identification</w:t>
            </w:r>
          </w:p>
        </w:tc>
        <w:tc>
          <w:tcPr>
            <w:tcW w:type="dxa" w:w="7000"/>
          </w:tcPr>
          <w:p>
            <w:r>
              <w:t>8170087910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foundation engineering/ soil mechanic/ </w:t>
            </w:r>
          </w:p>
        </w:tc>
      </w:tr>
    </w:tbl>
    <w:p>
      <w:pPr>
        <w:pStyle w:val="Heading3"/>
      </w:pPr>
      <w:r>
        <w:t>Résumé :</w:t>
      </w:r>
    </w:p>
    <w:p>
      <w:r>
        <w:t>Soil mechanics and foundations by b. c. punmia is a classic and comprehensive textbook that explains the fundamental principles of soil mechanics and their application to foundation engineering. the book is widely used in civil engineering education and as a reference for practicing engineers. the main objective of the book is to help readers understand the behavior of soil as an engineering material and to apply this understanding to the safe design of foundations and earth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