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nerveux central et organes des sens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Mouriquand,Claude/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Synthèse ; 8. Histologie ;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gustation/ somesthésie/ olfaction/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litres suivants: Généralités sur le système nerveux central- la vision-l'Audition- les récepteurs de sensibilité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