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cartilage/ tissu musculaire/ matrice extracellulaire/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Généralités sur les tissus- le tissu musculaire- le tissu nerveux- les vaisseaux sanguins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