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topographie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Ecole chez soi (Paris)/ </w:t>
            </w:r>
          </w:p>
        </w:tc>
      </w:tr>
      <w:tr>
        <w:trPr>
          <w:trHeight w:val="567"/>
        </w:trPr>
        <w:tc>
          <w:tcPr>
            <w:tcW w:type="dxa" w:w="3000"/>
          </w:tcPr>
          <w:p>
            <w:r>
              <w:t>Edition</w:t>
            </w:r>
          </w:p>
        </w:tc>
        <w:tc>
          <w:tcPr>
            <w:tcW w:type="dxa" w:w="7000"/>
          </w:tcPr>
          <w:p>
            <w:r>
              <w:t>8éme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topographie/ goniographe/ goniométres/ </w:t>
            </w:r>
          </w:p>
        </w:tc>
      </w:tr>
    </w:tbl>
    <w:p>
      <w:pPr>
        <w:pStyle w:val="Heading3"/>
      </w:pPr>
      <w:r>
        <w:t>Résumé :</w:t>
      </w:r>
    </w:p>
    <w:p>
      <w:r>
        <w:t>Le livre « Éléments de topographie », édité par L’École chez soi, constitue un ouvrage pédagogique destiné aux étudiants, techniciens et candidats aux formations du génie civil, des travaux publics et des métiers liés à la mesure et à la représentation du terrain.Il présente de manière progressive les principes fondamentaux de la topographie, depuis les notions de base jusqu’aux applications pratiques sur le terrain. L’ouvrage débute par une introduction générale qui définit la topographie, son rôle dans les projets de construction et son importance dans l’implantation et le contrôle des ouvrages.</w:t>
        <w:br/>
        <w:br/>
        <w:t>Le livre aborde ensuite les systèmes de représentation du terrain, les repères planimétriques et altimétriques, ainsi que les méthodes de mesure des distances et des angles. Une attention particulière est portée à la description et à l’utilisation des instruments topographiques classiques tels que la chaîne, le ruban, le théodolite, le niveau et leurs principes de fonctionnement.Une partie importante est consacrée au nivellement, permettant la détermination précise des altitudes et des différences de niveau, indispensable pour les travaux de terrassement etd’infrastructure. Les méthodes de levés topographiques sont expliquées de façon claire,accompagnées de calculs usuels nécessaires au traitement des données recueillies sur le terrain.</w:t>
        <w:br/>
        <w:br/>
        <w:t>Enfin, l’ouvrage traite de l’établissement et de la lecture des plans topographiques, de la gestion des erreurs de mesure et des notions de précision. Des applications pratiques et des exercices complètent l’ensemble afin de faciliter l’assimilation des connaissances et leur mise en œuvre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