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Comportement et adaptation des animaux domestiques aux contraintes de l'élevage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Picard, Michel/ Porter, Richard H../ Signoret, Jean-Pierre./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Institut national de la recherche agronomique/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Un point sur...(N°:None)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198-201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2738005268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Elevage des animaux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636/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Animaux domestiques/ elevage/ </w:t>
            </w:r>
          </w:p>
        </w:tc>
      </w:tr>
    </w:tbl>
    <w:p>
      <w:pPr>
        <w:pStyle w:val="Heading3"/>
      </w:pPr>
      <w:r>
        <w:t>Résumé :</w:t>
      </w:r>
    </w:p>
    <w:p>
      <w:r>
        <w:t>Les contraintes que l'élevage moderne impose aux animaux sont l'objet de débats publics. Quarante-cinq scientifiques, auteurs de récents travaux sur les adaptations comportementales des animaux domestiques à différents systèmes d'élevage, proposent différentes approches du "bien-être animal" et fournissent les bases scientifiques et techniques indispensables à la réflexion des producteurs, consommateurs, protectionnistes, législateurs et chercheurs.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