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Résistance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Xiong, Youde/ </w:t>
            </w:r>
          </w:p>
        </w:tc>
      </w:tr>
      <w:tr>
        <w:trPr>
          <w:trHeight w:val="567"/>
        </w:trPr>
        <w:tc>
          <w:tcPr>
            <w:tcW w:type="dxa" w:w="3000"/>
          </w:tcPr>
          <w:p>
            <w:r>
              <w:t>Adresse bib.</w:t>
            </w:r>
          </w:p>
        </w:tc>
        <w:tc>
          <w:tcPr>
            <w:tcW w:type="dxa" w:w="7000"/>
          </w:tcPr>
          <w:p>
            <w:r>
              <w:t xml:space="preserve">Shu book, DL/ </w:t>
            </w:r>
          </w:p>
        </w:tc>
      </w:tr>
      <w:tr>
        <w:trPr>
          <w:trHeight w:val="567"/>
        </w:trPr>
        <w:tc>
          <w:tcPr>
            <w:tcW w:type="dxa" w:w="3000"/>
          </w:tcPr>
          <w:p>
            <w:r>
              <w:t>Nombre de Pages</w:t>
            </w:r>
          </w:p>
        </w:tc>
        <w:tc>
          <w:tcPr>
            <w:tcW w:type="dxa" w:w="7000"/>
          </w:tcPr>
          <w:p>
            <w:r>
              <w:t>318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311</w:t>
            </w:r>
          </w:p>
        </w:tc>
      </w:tr>
      <w:tr>
        <w:trPr>
          <w:trHeight w:val="567"/>
        </w:trPr>
        <w:tc>
          <w:tcPr>
            <w:tcW w:type="dxa" w:w="3000"/>
          </w:tcPr>
          <w:p>
            <w:r>
              <w:t>Numéro d'Identification</w:t>
            </w:r>
          </w:p>
        </w:tc>
        <w:tc>
          <w:tcPr>
            <w:tcW w:type="dxa" w:w="7000"/>
          </w:tcPr>
          <w:p>
            <w:r>
              <w:t>9782952603713</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Matériaux stratifiés/ modélisation numérique/ </w:t>
            </w:r>
          </w:p>
        </w:tc>
      </w:tr>
    </w:tbl>
    <w:p>
      <w:pPr>
        <w:pStyle w:val="Heading3"/>
      </w:pPr>
      <w:r>
        <w:t>Résumé :</w:t>
      </w:r>
    </w:p>
    <w:p>
      <w:r>
        <w:t>Ce livre présente de manière progressive et appliquée la méthode des éléments finis MEF, une technique numérique essentielle pour analyser la résistance des structures en acier, bois et béton. L’ouvrage s’adresse autant aux étudiants qu’aux ingénieurs souhaitant comprendre en profondeur les principes théoriques et leur application pratique.L’auteur commence par rappeler les notions fondamentales de résistance des matériauxnécessaires pour modéliser poutres, barres et structures classiques. Ensuite, il introduit la MEF en détaillant les étapes clés : formulation des équations, choix des éléments, construction des matrices, assemblage, conditions aux limites et résolution.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