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Maîtriser la topographie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Brabant,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2212022913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Topographie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topographie/ DAO/ </w:t>
            </w:r>
          </w:p>
        </w:tc>
      </w:tr>
    </w:tbl>
    <w:p>
      <w:pPr>
        <w:pStyle w:val="Heading3"/>
      </w:pPr>
      <w:r>
        <w:t>Résumé :</w:t>
      </w:r>
    </w:p>
    <w:p>
      <w:r>
        <w:t>La topographie est à la base de tous les travaux de génie civil. Elle consiste à réaliser, exploiter et contrôler les observations, calculs et plans topographiques en faisant largement appel à l'électronique, l'informatique et la télémesure sur satellites. Ce livre présente dans un ordre logique et rigoureux les différentes techniques mises en œuvre par le topographe, illustrées de nombreux exemples : • observations et mesures sous leurs aspects théoriques et pratiques ; • méthodes de levé et d'implantation des canevas et détails ; • traitements numériques et graphiques, CAO et DAO. Cet ouvrage s'adresse à tous ceux qui exécutent des travaux topographiques, à tous niveaux, dans des domaines d'activités variés : sociétés de topographie, cabinets de géomètres, entreprises de BTP, DDA et DDE, travaux souterrains, services techniques divers ; il permet la formation des futurs topographes ainsi que l'actualisation des connaissances des praticiens confirmés.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