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équipements biomédicaux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Chafai,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9789961019870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fonctionnement/ maintenance/ Sécurité/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aux principes techniques des équipements biomédicaux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