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 sécurité et contrôles microbiologiques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Branger, Alain/ Richer, Marie-Madeleine/ Roustel, Sébastien/ </w:t>
            </w:r>
          </w:p>
        </w:tc>
      </w:tr>
      <w:tr>
        <w:trPr>
          <w:trHeight w:val="567"/>
        </w:trPr>
        <w:tc>
          <w:tcPr>
            <w:tcW w:type="dxa" w:w="3000"/>
          </w:tcPr>
          <w:p>
            <w:r>
              <w:t>Adresse bib.</w:t>
            </w:r>
          </w:p>
        </w:tc>
        <w:tc>
          <w:tcPr>
            <w:tcW w:type="dxa" w:w="7000"/>
          </w:tcPr>
          <w:p>
            <w:r>
              <w:t xml:space="preserve">Éducagri éditions/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193-196. Index p.p. 197-200</w:t>
            </w:r>
          </w:p>
        </w:tc>
      </w:tr>
      <w:tr>
        <w:trPr>
          <w:trHeight w:val="567"/>
        </w:trPr>
        <w:tc>
          <w:tcPr>
            <w:tcW w:type="dxa" w:w="3000"/>
          </w:tcPr>
          <w:p>
            <w:r>
              <w:t>Numéro d'Identification</w:t>
            </w:r>
          </w:p>
        </w:tc>
        <w:tc>
          <w:tcPr>
            <w:tcW w:type="dxa" w:w="7000"/>
          </w:tcPr>
          <w:p>
            <w:r>
              <w:t>9782844446169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alimentaire/ hygiène alimentaire/ </w:t>
            </w:r>
          </w:p>
        </w:tc>
      </w:tr>
    </w:tbl>
    <w:p>
      <w:pPr>
        <w:pStyle w:val="Heading3"/>
      </w:pPr>
      <w:r>
        <w:t>Résumé :</w:t>
      </w:r>
    </w:p>
    <w:p>
      <w:r>
        <w:t>Cet ouvrage répond aux questions pratiques ou théoriques qui se posent à propos des problèmes et des contrôles liés à la sécurité alimentaire. Il propose des approches classiques et globales, toujours illustrées par des cas concrets qui permettent l'enrichissement des connaissances à la lumière de l'actualité et qui incitent aussi à la réflexion. La première partie présente le cadre et les objets des contrôles (les micro-organismes, les molécules, l'analyse et les laboratoires impliqués ainsi que la réglementation). La seconde partie développe les méthodes et les techniques qui peuvent être utilisées dans les laboratoires d'analyse, de recherche ou d'enseignement. La dernière partie est entièrement consacrée à la sécurité sanitaire des aliments.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