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Bactéries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Pelmont,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Grenoble/ 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Grenoble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875-894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ADN mobile/ méthanogène/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volontairement rédigé dans un style alerte et décontracté, avec de nombreuses références aux articles originaux les plus récents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