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générale, les lois de l'électricité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Piou,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 : les filières technologiques des enseignements supérieurs(N°:None)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9782729855970</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courants électriques/ mesure électrique/ </w:t>
            </w:r>
          </w:p>
        </w:tc>
      </w:tr>
    </w:tbl>
    <w:p>
      <w:pPr>
        <w:pStyle w:val="Heading3"/>
      </w:pPr>
      <w:r>
        <w:t>Résumé :</w:t>
      </w:r>
    </w:p>
    <w:p>
      <w:r>
        <w:t>Un ouvrage simple, clair et précis pour aborder, approfondir ou rafraîchir ses connaissances des bases et des lois de l’électricité. Il sera également très utile pour la préparation des concours. Construit pour un travail en autonomie, il est découpé en petits chapitres avec une approche très progressive. Les prérequis sont limités. Un niveau BAC scientifique ou technique suffit pour l’aborder. Chaque notion théorique est accompagnée de questions rendant le lecteur actif. Les réponses à ces questions sont détaillées. Chaque chapitre propose un ensemble d’exercices avec leur corrigé. Lorsque c’est possible, l’auteur a privilégié une approche graphique et intuitive, pour permettre une étude autonome sans que les mathématiques soient un obstacle excessif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