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reproduction des vertébrés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Nguyên-Truster, Vân/ Ferry, Nathalie/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Mémento sciences: 1er cycle, paces,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invertébrés/ Reproduction (biologie)/ </w:t>
            </w:r>
          </w:p>
        </w:tc>
      </w:tr>
    </w:tbl>
    <w:p>
      <w:pPr>
        <w:pStyle w:val="Heading3"/>
      </w:pPr>
      <w:r>
        <w:t>Résumé :</w:t>
      </w:r>
    </w:p>
    <w:p>
      <w:r>
        <w:t>Ce mémento de biologie de la reproduction rassemble les connaissances de base indispensables à la réussite des trois premières années d'études universitaires. C'est un outil de préparation des examens puisqu'il offre une vision synthétique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