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Activités technologiques en microbiologie. T2 , Bactériologie systématique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Brossard, Hélène/ Leyral, Guy/ Terry, Odette/ Figarella,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Canopé - CRDP de Bordeaux/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9782866173258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microbiologique/ observation microscopique/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s'appuie sur le programme du baccalauréat STL biochimie génie biologique dont il finalise les compétences attendues. Il comprend deux tomes : 1. Techniques de base et méthodologie ; 2. actériologie systématique. L'intitulé et les contenu.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