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Cellule en interphase et la cellule en division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Mouriquand,Claude/ Louis, Josette/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chromatine/ fuseau mitotique/ déréplication/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titres suivants: La cellule en interphase- la mitose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