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Génétique de la souris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Panthier, Jean-Jacques/ Montagutelli, Xavier/ Guénet, Jean-Louis/ Jacob, François/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283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Belin sup(N°:None)</w:t>
            </w:r>
          </w:p>
        </w:tc>
      </w:tr>
      <w:tr>
        <w:trPr>
          <w:trHeight w:val="567"/>
        </w:trPr>
        <w:tc>
          <w:tcPr>
            <w:tcW w:type="dxa" w:w="3000"/>
          </w:tcPr>
          <w:p>
            <w:r>
              <w:t>Numéro d'Identification</w:t>
            </w:r>
          </w:p>
        </w:tc>
        <w:tc>
          <w:tcPr>
            <w:tcW w:type="dxa" w:w="7000"/>
          </w:tcPr>
          <w:p>
            <w:r>
              <w:t>9782701130842</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Souris génétique/ </w:t>
            </w:r>
          </w:p>
        </w:tc>
      </w:tr>
    </w:tbl>
    <w:p>
      <w:pPr>
        <w:pStyle w:val="Heading3"/>
      </w:pPr>
      <w:r>
        <w:t>Résumé :</w:t>
      </w:r>
    </w:p>
    <w:p>
      <w:r>
        <w:t>Ce livre offre une synthèse actualisée des connaissances concernant la génétique de la souris. Il fait le point sur les approches expérimentales que ce mammifère a permis de développer. L'ouvrage, très accessible puisque les notions de base sont toujours rappelées, constitue une référence pour l'étudiant mais également une source précieuse d'informations pour les nombreux doctorants et chercheurs qui travaillent avec la souris.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