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Bactériologie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Berche, Patrick/ Gaillard, Jean-Louis/ Simonet,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la biologie à la clinique(N°:None)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649-660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2257104897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pathogénicitè/ microbiologie clinique/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outil précieux pour les étudiants en médecine, les professionnels de la santé, et tous ceux qui s’intéressent à la microbiologie et aux infections bactériennes.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