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 digestif et organes hématopoïétiques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Louis,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4(N°:None)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muqueuse digestive/ rectum/ digestion/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premiers titres suivants: le tube digestif - le foie- la vésicule biliaire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