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d'hydraulique urbaine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Bonnin.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la Direction des Etudes et Recherches d'Electricité de France(N°:42)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approvisionnement urbain en eau/ hydraulique urbaine/ </w:t>
            </w:r>
          </w:p>
        </w:tc>
      </w:tr>
    </w:tbl>
    <w:p>
      <w:pPr>
        <w:pStyle w:val="Heading3"/>
      </w:pPr>
      <w:r>
        <w:t>Résumé :</w:t>
      </w:r>
    </w:p>
    <w:p>
      <w:r>
        <w:t>Dégagé de toute considération théorique superflue, l'ouvrage fournit des renseignements pratiques suffisants qui en font un outil à même de faciliter la tâche de ceux qui sont conduits à concevoir, réaliser puis exploiter des réseaux simples d'alimentation et d'assainissement.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