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L'éducation nutritionnelle pour les diabétiques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N, FEDALA/ Fedala, Ns/ Aem,Haddam/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9789961017548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éducation nutritionnelle/ diabete/ </w:t>
            </w:r>
          </w:p>
        </w:tc>
      </w:tr>
    </w:tbl>
    <w:p>
      <w:pPr>
        <w:pStyle w:val="Heading3"/>
      </w:pPr>
      <w:r>
        <w:t>Résumé :</w:t>
      </w:r>
    </w:p>
    <w:p>
      <w:r>
        <w:t>Cet ouvrage, propose les règles indispensables à suivre pour gérer son alimentation et avoir une vie saine. Destiné à un large public, il s'adresse particulièrement aux personnes qui veulent réduire ou prévenir les risques liés à cette pathologie: patients diabétiques ou pas, étudiants, praticiens et paramédicaux.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