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Microbiologie technique. T1, Dictionnaire des techniques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Joffin, Jean-Noël/ Leyral, Guy/ Figarella,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SCEREN-CRDP Aquitaine/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Biologie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356-362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2866175158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techniques de laboratoire/ culture microbienne/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donc un outil indispensable pour quiconque s’intéresse à la microbiologie technique, offrant des informations précieuses sur les méthodes et les pratiques en cours. Pour un aperçu plus détaillé, il serait idéal de consulter directement l’ouvrage.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