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Histoires d'eau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Gouverne, Louisette/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Calmann-Lévy/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2702123171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de l'eau/ qualité de l'eau/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