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Dosage de certains métaux traces (cd, co, cu, fe, ni, pb, zn)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Chiffoleau, Jean-François/ Auger, Dominique/ Chartier, Emmanuelle/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 x 16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Numéro d'Identification</w:t>
            </w:r>
          </w:p>
        </w:tc>
        <w:tc>
          <w:tcPr>
            <w:tcW w:type="dxa" w:w="7000"/>
          </w:tcPr>
          <w:p>
            <w:r>
              <w:t>9782844331045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métaux traces/ milieu marin/ </w:t>
            </w:r>
          </w:p>
        </w:tc>
      </w:tr>
    </w:tbl>
    <w:p>
      <w:pPr>
        <w:pStyle w:val="Heading3"/>
      </w:pPr>
      <w:r>
        <w:t>Résumé :</w:t>
      </w:r>
    </w:p>
    <w:p>
      <w:r>
        <w:t>Ce document fait partie d'une série de fascicules intitulée "Méthodes d'analyse en milieu marin". Cette série s'adresse d'abord aux analystes, mais elle sera probablement utile aux gestionnaires de l'environnement ainsi qu'aux étudiants intéressés par les spécificités analytiques du milieu marin. La concentration des métaux dissous dans l'eau de mer est de l'ordre du ng/l. Leur mesure requiert des techniques spécifiques de même qu'une maîtrise de la contamination pour le prélèvement, le conditionnement et la filtration. Après une revue de ces procédures mises en œuvre en amont de l'analyse, ce manuel décrit une méthode de pré-concentration de quelques métaux traces dissous, suivie de leur dosage par spectrométrie d'absorption atomique électrothermique.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