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génétique des populations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Lodé, Thierry/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2729848282</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biologie des populations/ génétique quantitative/ </w:t>
            </w:r>
          </w:p>
        </w:tc>
      </w:tr>
    </w:tbl>
    <w:p>
      <w:pPr>
        <w:pStyle w:val="Heading3"/>
      </w:pPr>
      <w:r>
        <w:t>Résumé :</w:t>
      </w:r>
    </w:p>
    <w:p>
      <w:r>
        <w:t>"L'évolution, c'est le hasard trié par la mort" affirmait Cuénot. Les organismes vivants tirent leur diversité de la variation aléatoire des gènes mais ne peuvent propager leurs caractères que par une contribution différente de chaque individu à la reproduction. Sous les contraintes de l'environnement, les populations divergent inéluctablement, inscrivant dans leurs différences l'émergence irréversible des espèces nouvelles. La génétique des populations étudie la transformation génétique des populations et se dote des moyens de quantifier les divergences et d'évaluer la signification adaptative des changements. En s'appuyant sur des études de cas précises, ce cours constitue une approche synthétique des principaux fondements de la génétique des populations et s'ouvre sur les perspectives contemporaines de la biologie évolutive. Solide bibliographie.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