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Épreuves corrigées et commentées de biologie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Daniel, Marie/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272987965x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Médecine et santé (bases de données médicales non bibliographiques, ouvrages étudiant à la fois les professions médicales et les professions connexes, ouvrages généraux sur l'ostéopathie considérée comme science médicale, sciences médicales, technolo/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biologie/ sage femme/ </w:t>
            </w:r>
          </w:p>
        </w:tc>
      </w:tr>
    </w:tbl>
    <w:p>
      <w:pPr>
        <w:pStyle w:val="Heading3"/>
      </w:pPr>
      <w:r>
        <w:t>Résumé :</w:t>
      </w:r>
    </w:p>
    <w:p>
      <w:r>
        <w:t>Ce livre regroupe des sujets entiers d'épreuves de biologie proposés récemment aux concours d'entrée dans les écoles de SAGES-FEMMES, ainsi que leurs corrections détaillées.</w:t>
        <w:br/>
        <w:br/>
        <w:t>Il permettra aux étudiants désirant se présenter à ce concours, de se rendre compte des différents types d'exercices et des thèmes fréquemment proposés dans cette épreuve de biologie et de s'entraîner d'autant plus efficacement grâce aux conseils méthodologiques proposés en début d'ouvrage.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