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schéma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Largeaud, Hubert/ </w:t>
            </w:r>
          </w:p>
        </w:tc>
      </w:tr>
      <w:tr>
        <w:trPr>
          <w:trHeight w:val="567"/>
        </w:trPr>
        <w:tc>
          <w:tcPr>
            <w:tcW w:type="dxa" w:w="3000"/>
          </w:tcPr>
          <w:p>
            <w:r>
              <w:t>Edition</w:t>
            </w:r>
          </w:p>
        </w:tc>
        <w:tc>
          <w:tcPr>
            <w:tcW w:type="dxa" w:w="7000"/>
          </w:tcPr>
          <w:p>
            <w:r>
              <w:t>3 éd. rev. et corr.</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2212093306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Schéma électrique/ Circuits électriques/ </w:t>
            </w:r>
          </w:p>
        </w:tc>
      </w:tr>
    </w:tbl>
    <w:p>
      <w:pPr>
        <w:pStyle w:val="Heading3"/>
      </w:pPr>
      <w:r>
        <w:t>Résumé :</w:t>
      </w:r>
    </w:p>
    <w:p>
      <w:r>
        <w:t>Le schéma électrique peut être considéré comme un langage que tout électricien doit apprendre pour accomplir correctement sa mission. Pour traiter ce sujet, nous avons étudié les nombreux schémas de base à travers un maximum d'exemples appartenant aux domaines suivants : installations intérieures des locaux d'habitation, chauffage, automatisme, signalisation, logique. Dans ces études, nous avons respecté d'une part, les normes de schéma d'électricité actuellement en vigueur qui reprennent pour la plupart la publication du comité électrotechnique international et d'autre part, la réglementation et les règles de sécurité trop souvent ignorées et bafouées. De plus, chaque schéma est expliqué en utilisant un vocabulaire simple ce qui aidera son étude et sa compréhension. Enfin, il nous a paru nécessaire d'inclure, au début de chaque chapitre, des éléments technologiques indispensables concernant le matériel électrique. Pour faciliter le travail du lecteur, nous avons regroupé chaque schéma avec sa légende et la description de son fonctionnement de façon à voir cet ensemble sans tourner de page. En outre, pour que l'utilisation de ce livre soit la plus simple possible, nous avons rédigé une table des matières très sommaire, une très détaillée au début de chaque chapitre et un index alphabétique qui permettra au lecteur de retrouver facilement l'élément qu'il voulait rechercher. Enfin, nous souhaitons que ce livre apporte au lecteur les bases de schéma d'électricité indispensables pour une meilleure compréhension entre tous les électriciens.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