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T1, introduction,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2212094604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à régime variable/ couplage magnétique/ </w:t>
            </w:r>
          </w:p>
        </w:tc>
      </w:tr>
    </w:tbl>
    <w:p>
      <w:pPr>
        <w:pStyle w:val="Heading3"/>
      </w:pPr>
      <w:r>
        <w:t>Résumé :</w:t>
      </w:r>
    </w:p>
    <w:p>
      <w:r>
        <w:t>Ce tome introduit les bases fondamentales de l’électronique en abordant les grandeurs électriques essentielles, les composants passifs et les principes généraux des circuits. Il développe ensuite l’étude des circuits en régime variable, notamment les réponses temporelles et fréquentielles, les comportements transitoires, ainsi que les méthodes d’analyse associées. À travers des problèmes progressifs et corrigés, le livre permet d’appliquer ces notions à des situations concrètes, facilitant la compréhension des phénomènes dynamiques dans les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