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et techniques de traitement du signal et applications aux mesures physiques. Tome 2, appareillages, méthodes nouvelles, exemples d'applications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Max, Jacques/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443-454</w:t>
            </w:r>
          </w:p>
        </w:tc>
      </w:tr>
      <w:tr>
        <w:trPr>
          <w:trHeight w:val="567"/>
        </w:trPr>
        <w:tc>
          <w:tcPr>
            <w:tcW w:type="dxa" w:w="3000"/>
          </w:tcPr>
          <w:p>
            <w:r>
              <w:t>Numéro d'Identification</w:t>
            </w:r>
          </w:p>
        </w:tc>
        <w:tc>
          <w:tcPr>
            <w:tcW w:type="dxa" w:w="7000"/>
          </w:tcPr>
          <w:p>
            <w:r>
              <w:t>222580785x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mesure physique/ évolution de corrélateur/ </w:t>
            </w:r>
          </w:p>
        </w:tc>
      </w:tr>
    </w:tbl>
    <w:p>
      <w:pPr>
        <w:pStyle w:val="Heading3"/>
      </w:pPr>
      <w:r>
        <w:t>Résumé :</w:t>
      </w:r>
    </w:p>
    <w:p>
      <w:r>
        <w:t>Ce second tome présente les principes et les équipements modernes utilisés pour le traitement du signal dans les systèmes de mesure physique. Il explore les méthodes avancées d’acquisition, de filtrage, d’analyse et d’interprétation des signaux, en mettant en avant les techniques émergentes liées au numérique. L’ouvrage montre comment ces approches permettent d’améliorer la précision, la fiabilité et la rapidité des mesures. De nombreux exemples pratiques illustrent l’application de ces outils dans divers domaines scientifiques et industriels, offrant au lecteur une compréhension claire des appareillages actuels et des méthodes innovantes utilisées pour traiter et exploiter l’information issue des phénomènes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