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grandes productions végétales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Soltner, Dominique/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20e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Sciences et techniques agricoles/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Sciences et techniques agricoles(N°:None)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2907710028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Agriculture,agronomie et  techniques connexes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Techniques agricoles/ </w:t>
            </w:r>
          </w:p>
        </w:tc>
      </w:tr>
    </w:tbl>
    <w:p>
      <w:pPr>
        <w:pStyle w:val="Heading3"/>
      </w:pPr>
      <w:r>
        <w:t>Résumé :</w:t>
      </w:r>
    </w:p>
    <w:p>
      <w:r>
        <w:t>Manuel d'agronomie ou de phytotechnie spécial , c'est a dire appliquée aux espèces végétales , ce livre présente la biologie et les techniques de sélection et de production des principales grandes cultures des régions tempérées : Les céréales : blé tendre, blé dur, orge, avoine, seigle, triticale , Les plantes dites sarclées : maïs, betteraves, pomme de terre, oléoprotéagineux (colza, tournesol, soja, pois, féveroles, lupin) , Les plantes fourragères : prairies permanentes et temporaires, fourrages annuels.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