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Methodes de calcul et de verification des constructions en beton arme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Mettavant, René/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 uti.(N°:None)</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construction en béton/ béton armé/ </w:t>
            </w:r>
          </w:p>
        </w:tc>
      </w:tr>
    </w:tbl>
    <w:p>
      <w:pPr>
        <w:pStyle w:val="Heading3"/>
      </w:pPr>
      <w:r>
        <w:t>Résumé :</w:t>
      </w:r>
    </w:p>
    <w:p>
      <w:r>
        <w:t>Le livre « Méthodes de calcul et de vérification des constructions en béton armé », paru dans la collection UTI et écrit par René Mettavant, est un guide destiné aux techniciens du génie civil et aux étudiants en baccalauréat technique. Il traite des méthodes de calcul et de vérification nécessaires pour la conception et la construction d'ouvrages en béton armé, en expliquant comment combiner le béton et l'acier pour une résistance accrue.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