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Histologique : Theorie Et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Bensalem Bendjelloul, Mounira/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9961002997</w:t>
            </w:r>
          </w:p>
        </w:tc>
      </w:tr>
      <w:tr>
        <w:trPr>
          <w:trHeight w:val="567"/>
        </w:trPr>
        <w:tc>
          <w:tcPr>
            <w:tcW w:type="dxa" w:w="3000"/>
          </w:tcPr>
          <w:p>
            <w:r>
              <w:t>Thème</w:t>
            </w:r>
          </w:p>
        </w:tc>
        <w:tc>
          <w:tcPr>
            <w:tcW w:type="dxa" w:w="7000"/>
          </w:tcPr>
          <w:p>
            <w:r>
              <w:t>Histologie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acide picrique/ microscopie optique/ traçabilité/ </w:t>
            </w:r>
          </w:p>
        </w:tc>
      </w:tr>
    </w:tbl>
    <w:p>
      <w:pPr>
        <w:pStyle w:val="Heading3"/>
      </w:pPr>
      <w:r>
        <w:t>Résumé :</w:t>
      </w:r>
    </w:p>
    <w:p>
      <w:r>
        <w:t>Cet ouvrage est exposé un échantillonnage , le plus cohérent possible des techniques de fixations, de colorations topographiques, de mises en évidence histochimiques et histoenzymologiques les plus usitées. Chaque fois que nécessaire, des détails pratiques, des conseils sont mentioonnées afin de permettre à tout biologiste , qu'il soit technicien supérieur, enseignant d usecondaire ou chercheur , de réaliser sans grandes difficultés, des préparation histologiques satisfaisantes.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