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Produits de protection des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Regnault-Roger, Catherine/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par les pesticides/ biopesticides/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analyse complète des **produits de protection des plantes** (pesticides et alternatives) et de leur rôle dans la construction d’une **agriculture durable**, conciliant rendement, sécurité alimentaire et respect de l’environnement.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