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et applications de béton précontraint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Fuentes,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,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Bibliogre.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2261006917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béton/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objet  et de permettre aux ingénieurs et entrepreneurs algeriens déetudier et de realiser des constructions en beton precontraint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