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bases de l'agriculture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Prévost,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 &amp;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XV-254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2743003235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agriculture/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**introduction complète et accessible aux fondements de l’agriculture**, destinée aux étudiants, aux futurs agriculteurs, aux techniciens et à toute personne souhaitant comprendre les principes essentiels de la production agricole.  livre commence par présenter le **rôle de l’agriculture** dans la société, son évolution historique et la diversité des systèmes agricoles à travers le monde. Il explique ensuite les notions indispensables pour comprendre le fonctionnement des **sols**, en décrivant leurs propriétés physiques, chimiques et biologiques ainsi que les pratiques permettant de les préserver.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