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Java Script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Masters, Jean Paul/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L'atelier(N°:None)</w:t>
            </w:r>
          </w:p>
        </w:tc>
      </w:tr>
      <w:tr>
        <w:trPr>
          <w:trHeight w:val="567"/>
        </w:trPr>
        <w:tc>
          <w:tcPr>
            <w:tcW w:type="dxa" w:w="3000"/>
          </w:tcPr>
          <w:p>
            <w:r>
              <w:t>Numéro d'Identification</w:t>
            </w:r>
          </w:p>
        </w:tc>
        <w:tc>
          <w:tcPr>
            <w:tcW w:type="dxa" w:w="7000"/>
          </w:tcPr>
          <w:p>
            <w:r>
              <w:t>2212112017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API Web/ débogage/ </w:t>
            </w:r>
          </w:p>
        </w:tc>
      </w:tr>
    </w:tbl>
    <w:p>
      <w:pPr>
        <w:pStyle w:val="Heading3"/>
      </w:pPr>
      <w:r>
        <w:t>Résumé :</w:t>
      </w:r>
    </w:p>
    <w:p>
      <w:r>
        <w:t>Ce livre sur  JavaScript  constitue une introduction complète au langage incontournable du web. Il guide le lecteur depuis les bases variables, types, fonctions jusqu’aux concepts avancés comme la programmation orientée objet, le JavaScript asynchrone et l’interaction avec les APIs Web. Une grande partie du contenu est consacrée à la manipulation du DOM qui permet de rendre les pages web interactives. Le livre met aussi l’accent sur les bonnes pratiques modernes ES6+, la modularité du code et les techniques de débogage.Grâce à des exemples concrets et des projets pratiques, le lecteur développe progressivement les compétences nécessaires pour créer des applications web dynamiques et structurées.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