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appliquées au traitement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Cardot, Claude/ Lafarge, Philippe/ Ortega, Noël/ Portes, Gilbert/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2729804943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w:t>
            </w:r>
          </w:p>
        </w:tc>
      </w:tr>
    </w:tbl>
    <w:p>
      <w:pPr>
        <w:pStyle w:val="Heading3"/>
      </w:pPr>
      <w:r>
        <w:t>Résumé :</w:t>
      </w:r>
    </w:p>
    <w:p>
      <w:r>
        <w:t>L'ouvrage : niveau B (IUP - Licence) Aux étudiants en génie de l'environnement et aux professionnels des métiers de l'eau est proposé un panorama complet et synthétique des techniques diverses intervenant dans les traitements de l'eau. Une première partie de l'ouvrage concerne les traitements de potabilisation et la distribution aux usagers et une seconde partie est consacrée à l'acheminement et à l'épuration de l'eau usée. Chaque chapitre comporte des résumés de cours, puis de nombreux exercices (souvent tirés de sujets d'examens) entièrement résolus, classés selon qu'ils relèvent de l'hydraulique, de l'automatisme, de la régulation, de l'électrotechnique ou des procédés de traitement physicochimiques et biologiques. SOMMAIRE A – L' EAU POTABLE : I - Réseaux d'amenée : Écoulement gravitaire - Pompage- Il - Coagulation - Floculation - Décantation - Déstabilisation des colloïdes - Décantation - III - Filtration : Filtration sur sable - Filtration sur charbon actif - Filtration membranaire - Désinfection - V - Réseaux de distribution : Écoulement gravitaire - Surpression - Stockage B – LES EAUX RÉSIDUAIRES URBAINES : VI - Réseaux d'eau usée : Écoulement gravitaire - Poste de relèvement et de refoulement - VII - Prétraitements : Dégrillage - Dessablage - Dégraissage - VIII - Traitement primaire : Décantation simple - Décantation physico-chimique - IX - Traitement secondaire : Boues activées - Biofiltration - X - Gestion des boues : Production des boues - Traitement et gestion Annexes - Annexes Hydraulique - Annexes Électrotechnique Index</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