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des escaliers en béton arme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Chaise,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204010027X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escaliers/ escaliers dits balancés/ béton armé/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