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Lacour, Bernard/ Belon,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 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XII-497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L2-M2 pharma(N°:None)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physiologie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