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Marugoto 日本語と日本文化 A1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Japan Foundation/ </w:t>
            </w:r>
          </w:p>
        </w:tc>
      </w:tr>
      <w:tr>
        <w:trPr>
          <w:trHeight w:val="567"/>
        </w:trPr>
        <w:tc>
          <w:tcPr>
            <w:tcW w:type="dxa" w:w="3000"/>
          </w:tcPr>
          <w:p>
            <w:r>
              <w:t>Adresse bib.</w:t>
            </w:r>
          </w:p>
        </w:tc>
        <w:tc>
          <w:tcPr>
            <w:tcW w:type="dxa" w:w="7000"/>
          </w:tcPr>
          <w:p>
            <w:r>
              <w:t xml:space="preserve">Sanshusha Publishing/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couv.en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9784384057539</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初心者向け日本語（しょしんしゃむけ にほんご）Beginner Japanese/ 日本語学習（にほんご がくしゅう）Japanese language learning/ 日本文化（にほんぶんか）japanese culture/ </w:t>
            </w:r>
          </w:p>
        </w:tc>
      </w:tr>
    </w:tbl>
    <w:p>
      <w:pPr>
        <w:pStyle w:val="Heading3"/>
      </w:pPr>
      <w:r>
        <w:t>Résumé :</w:t>
      </w:r>
    </w:p>
    <w:p>
      <w:r>
        <w:t>The Japan Foundation has been engaged in a various cultural initiatives with the objectives of deepening understanding of Japan overseas and promoting mutual understanding between Japan and other countries. We believe it is important that our work, including our work in Japanese education, proceeds in a way that encourages mutual understanding between people in situations where international cultural exchange takes place. This coursebook, Marugoto: Japanese Language and Culture, was developed for adult learners of Japanese as a foreign language, based on this way of thinking. Marugoto: Japanese Language and Culture is based on the JF Standard for Japanese Language Education, and was designed with an emphasis on using Japanese to communicate, and on understanding and respecting other cultures. In addition, the coursebook's contents and approach were devised so that students can enjoy studying language and culture for its own sake, even if they are not in Japan. Each topic in Marugoto:                                                                                            日本国際交流基金は、海外における日本理解を深め、また日本と諸外国との相互理解を促進することを目的として、さまざまな文化事業に取り組んできました.</w:t>
        <w:br/>
        <w:br/>
        <w:t>私たちは、日本語教育を含むこれらの活動が、国際的な文化交流が行われる場で、人々の相互理解を促す形で進められることが重要であると考えています</w:t>
        <w:br/>
        <w:br/>
        <w:t>この教科書『まるごと：日本のことばと文化』は、こうした考え方に基づき、日本語を外国語として学ぶ成人学習者のために開発されました。</w:t>
        <w:br/>
        <w:br/>
        <w:t>『まるごと：日本のことばと文化』は「JF日本語教育スタンダード」に基づいており、日本語を使ったコミュニケーション、そして異文化理解と尊重を重視して作られています.</w:t>
        <w:br/>
        <w:br/>
        <w:t>さらに、学習者が日本にいなくても、言語と文化そのものの学習を楽しむことができるよう、内容とアプローチが工夫されています.</w:t>
        <w:br/>
        <w:br/>
        <w:t>『まるごと』の各トピックでは</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