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d'analyse et de contrôle dans les industries agro-alimentaires. V1, Le Contrôle de qualité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Multon,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Association pour la promotion industrie-agriculture/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XVIII-244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Industries agroalimentaires/ Contrôle de la qualité/ </w:t>
            </w:r>
          </w:p>
        </w:tc>
      </w:tr>
    </w:tbl>
    <w:p>
      <w:pPr>
        <w:pStyle w:val="Heading3"/>
      </w:pPr>
      <w:r>
        <w:t>Résumé :</w:t>
      </w:r>
    </w:p>
    <w:p>
      <w:r>
        <w:t>Le livre présente les **principes généraux du contrôle de qualité** en agroalimentaire, en couvrant les aspects théoriques et pratiques. Il explique d’abord les notions essentielles de **qualité**, **normes**, **spécifications**, **contrôle** et **assurance qualité**, en insistant sur leur importance pour la sécurité alimentaire, la régularité de production et la satisfaction du consommateur.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