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Office 97</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Cassade, Manon/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451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tout en poche(N°:None)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2744004243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tableur/ Tutoriel logiciel/ </w:t>
            </w:r>
          </w:p>
        </w:tc>
      </w:tr>
    </w:tbl>
    <w:p>
      <w:pPr>
        <w:pStyle w:val="Heading3"/>
      </w:pPr>
      <w:r>
        <w:t>Résumé :</w:t>
      </w:r>
    </w:p>
    <w:p>
      <w:r>
        <w:t>Ce livre est un guide pratique destiné à aider les débutants comme les utilisateurs intermédiaires à maîtriser les principaux outils de la suite Microsoft Office 97: Word Excel Power Pointet Outlook À travers une approche simple, visuelle et progressive, l’ouvrage explique comment créer, modifier et mettre en forme des documents, organiser et analyser des données dans un tableur, concevoir des présentations professionnelles et gérer efficacement la communication et l’organisation personnelle via Outlook.Chaque chapitre propose des exemples concrets, des captures d’écran et des astuces pour faciliter l’apprentissage et améliorer la productivité bureautique. L’objectif est de permettre au lecteur de devenir autonome dans l’utilisation des logiciels Office pour le travail, les études ou un usage personnel.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