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Reproduction et embryologie-UE2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Foucrier,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9782100727551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 humaine/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inscrits en Première année commune aux études de santé (PACES/PAES). Il est conçu pour vous aider à assimiler le cours de reproduction et embryologie et bien préparer les concours. Un cours complet - Toutes les notions du programme. - De nombreuses illustrations et des exemples pour bien comprendre. - Des conseils pour éviter les pièges les plus fréquents. - En fin d'ouvrage, un glossaire définit les termes essentiels.</w:t>
        <w:br/>
        <w:br/>
        <w:t>Un entraînement aux concours - Dans chaque chapitre, des QCM originaux. - Des corrigés détaillés et commentés pour travailler en parfaite autonomie. Cette 3e édition entièrement revue propose de nombreuses nouvelles figures.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